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UMOWA O WYKONANIE USŁUGI FOTOGRAFICZNEJ</w:t>
      </w:r>
    </w:p>
    <w:p>
      <w:r>
        <w:t>zawarta w dniu ____________________ w ____________________ pomiędzy:</w:t>
      </w:r>
    </w:p>
    <w:p>
      <w:r>
        <w:t>Fotografem: ____________________ (zwanym dalej „Fotografem”)</w:t>
      </w:r>
    </w:p>
    <w:p>
      <w:r>
        <w:t>a Klientem: ____________________ (zwanym dalej „Klientem”)</w:t>
      </w:r>
    </w:p>
    <w:p>
      <w:pPr>
        <w:pStyle w:val="Heading2"/>
      </w:pPr>
      <w:r>
        <w:t>§1. Przedmiot umowy</w:t>
      </w:r>
    </w:p>
    <w:p>
      <w:r>
        <w:t>Fotograf zobowiązuje się do wykonania sesji fotograficznej typu: ____________________. Sesja odbędzie się w dniu ____________________ w miejscu: ____________________. Fotograf dostarczy Klientowi ____________________ obrobionych zdjęć w formie cyfrowej.</w:t>
      </w:r>
    </w:p>
    <w:p>
      <w:pPr>
        <w:pStyle w:val="Heading2"/>
      </w:pPr>
      <w:r>
        <w:t>§2. Wynagrodzenie</w:t>
      </w:r>
    </w:p>
    <w:p>
      <w:r>
        <w:t>Za wykonanie usługi Klient zapłaci Fotografowi wynagrodzenie w wysokości ____________________. Zaliczka w wysokości ____________________ jest płatna z góry i potwierdza rezerwację terminu. Pozostała kwota jest płatna przed przekazaniem gotowych zdjęć.</w:t>
      </w:r>
    </w:p>
    <w:p>
      <w:pPr>
        <w:pStyle w:val="Heading2"/>
      </w:pPr>
      <w:r>
        <w:t>§3. Termin realizacji</w:t>
      </w:r>
    </w:p>
    <w:p>
      <w:r>
        <w:t>Fotograf przekaże gotową galerię zdjęć w terminie do ____________________ dni od dnia sesji. Zdjęcia zostaną udostępnione w galerii online.</w:t>
      </w:r>
    </w:p>
    <w:p>
      <w:pPr>
        <w:pStyle w:val="Heading2"/>
      </w:pPr>
      <w:r>
        <w:t>§4. Prawa autorskie i licencja</w:t>
      </w:r>
    </w:p>
    <w:p>
      <w:r>
        <w:t>Autorskie prawa majątkowe do zdjęć pozostają przy Fotografie. Klient otrzymuje licencję na wykorzystanie zdjęć do celów prywatnych (druk, publikacja w mediach społecznościowych). Wykorzystanie komercyjne wymaga odrębnej pisemnej zgody Fotografa.</w:t>
      </w:r>
    </w:p>
    <w:p>
      <w:pPr>
        <w:pStyle w:val="Heading2"/>
      </w:pPr>
      <w:r>
        <w:t>§5. Wykorzystanie wizerunku</w:t>
      </w:r>
    </w:p>
    <w:p>
      <w:r>
        <w:t>Klient wyraża zgodę na wykorzystanie przez Fotografa zdjęć z sesji w portfolio oraz materiałach promocyjnych (strona internetowa, media społecznościowe). Zgoda jest udzielana zgodnie z RODO i może zostać cofnięta w formie pisemnej.</w:t>
      </w:r>
    </w:p>
    <w:p>
      <w:pPr>
        <w:pStyle w:val="Heading2"/>
      </w:pPr>
      <w:r>
        <w:t>§6. Postanowienia końcowe</w:t>
      </w:r>
    </w:p>
    <w:p>
      <w:r>
        <w:t>W sprawach nieuregulowanych umową stosuje się przepisy Kodeksu cywilnego. Zmiany umowy wymagają formy pisemnej. Umowę sporządzono w dwóch jednobrzmiących egzemplarzach, po jednym dla każdej ze stron.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br/>
              <w:br/>
              <w:t>____________________</w:t>
              <w:br/>
              <w:t>Podpis Fotografa</w:t>
            </w:r>
          </w:p>
        </w:tc>
        <w:tc>
          <w:tcPr>
            <w:tcW w:type="dxa" w:w="4320"/>
          </w:tcPr>
          <w:p>
            <w:r>
              <w:br/>
              <w:br/>
              <w:t>____________________</w:t>
              <w:br/>
              <w:t>Podpis Klienta</w:t>
            </w:r>
          </w:p>
        </w:tc>
      </w:tr>
    </w:tbl>
    <w:p>
      <w:r>
        <w:rPr>
          <w:sz w:val="16"/>
        </w:rPr>
        <w:t>Wzór poglądowy ze strony picvelo.com/wzor-umowy-fotograficznej. Nie stanowi porady prawnej. Przed podpisaniem dostosuj treść do swojej sytuacji.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