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PHOTOGRAPHY SERVICES AGREEMENT</w:t>
      </w:r>
    </w:p>
    <w:p>
      <w:r>
        <w:t>made on ____________________ in ____________________ between:</w:t>
      </w:r>
    </w:p>
    <w:p>
      <w:r>
        <w:t>the Photographer: ____________________ (the "Photographer")</w:t>
      </w:r>
    </w:p>
    <w:p>
      <w:r>
        <w:t>and the Client: ____________________ (the "Client")</w:t>
      </w:r>
    </w:p>
    <w:p>
      <w:pPr>
        <w:pStyle w:val="Heading2"/>
      </w:pPr>
      <w:r>
        <w:t>§1. Subject of the agreement</w:t>
      </w:r>
    </w:p>
    <w:p>
      <w:r>
        <w:t>The Photographer agrees to carry out a photo session of type: ____________________. The session takes place on ____________________ at: ____________________. The Photographer will deliver ____________________ edited photos to the Client in digital form.</w:t>
      </w:r>
    </w:p>
    <w:p>
      <w:pPr>
        <w:pStyle w:val="Heading2"/>
      </w:pPr>
      <w:r>
        <w:t>§2. Fee</w:t>
      </w:r>
    </w:p>
    <w:p>
      <w:r>
        <w:t>For the service the Client will pay the Photographer a fee of ____________________. A deposit of ____________________ is payable in advance and confirms the booking. The remaining amount is due before the finished photos are handed over.</w:t>
      </w:r>
    </w:p>
    <w:p>
      <w:pPr>
        <w:pStyle w:val="Heading2"/>
      </w:pPr>
      <w:r>
        <w:t>§3. Delivery time</w:t>
      </w:r>
    </w:p>
    <w:p>
      <w:r>
        <w:t>The Photographer will deliver the finished gallery within ____________________ days of the session. The photos will be shared in an online gallery.</w:t>
      </w:r>
    </w:p>
    <w:p>
      <w:pPr>
        <w:pStyle w:val="Heading2"/>
      </w:pPr>
      <w:r>
        <w:t>§4. Copyright and licence</w:t>
      </w:r>
    </w:p>
    <w:p>
      <w:r>
        <w:t>Economic copyright in the photos remains with the Photographer. The Client receives a licence to use the photos for private purposes (printing, publishing on social media). Commercial use requires the separate written consent of the Photographer.</w:t>
      </w:r>
    </w:p>
    <w:p>
      <w:pPr>
        <w:pStyle w:val="Heading2"/>
      </w:pPr>
      <w:r>
        <w:t>§5. Use of image</w:t>
      </w:r>
    </w:p>
    <w:p>
      <w:r>
        <w:t>The Client agrees that the Photographer may use the session photos in a portfolio and promotional materials (website, social media). Consent is given in line with GDPR and may be withdrawn in writing.</w:t>
      </w:r>
    </w:p>
    <w:p>
      <w:pPr>
        <w:pStyle w:val="Heading2"/>
      </w:pPr>
      <w:r>
        <w:t>§6. Final provisions</w:t>
      </w:r>
    </w:p>
    <w:p>
      <w:r>
        <w:t>Matters not covered by this agreement are governed by the applicable civil law. Amendments require written form. The agreement is made in two identical copies, one for each party.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br/>
              <w:br/>
              <w:t>____________________</w:t>
              <w:br/>
              <w:t>Photographer signature</w:t>
            </w:r>
          </w:p>
        </w:tc>
        <w:tc>
          <w:tcPr>
            <w:tcW w:type="dxa" w:w="4320"/>
          </w:tcPr>
          <w:p>
            <w:r>
              <w:br/>
              <w:br/>
              <w:t>____________________</w:t>
              <w:br/>
              <w:t>Client signature</w:t>
            </w:r>
          </w:p>
        </w:tc>
      </w:tr>
    </w:tbl>
    <w:p>
      <w:r>
        <w:rPr>
          <w:sz w:val="16"/>
        </w:rPr>
        <w:t>Sample template from picvelo.com/wzor-umowy-fotograficznej. Not legal advice. Adjust the wording to your situation before signing.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